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2E76" w14:textId="77777777" w:rsidR="003250AA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57D40CEC" wp14:editId="7D00AE78">
            <wp:extent cx="2788920" cy="870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essive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87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1E3231A6" wp14:editId="06A7711E">
            <wp:extent cx="987552" cy="6531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cab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65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F25D5" w14:textId="77777777" w:rsidR="003250AA" w:rsidRDefault="00000000">
      <w:pPr>
        <w:spacing w:after="60"/>
        <w:jc w:val="center"/>
      </w:pPr>
      <w:r>
        <w:rPr>
          <w:b/>
          <w:color w:val="173F47"/>
          <w:sz w:val="42"/>
        </w:rPr>
        <w:t>Level 6 Clinical Supervision Training Course</w:t>
      </w:r>
    </w:p>
    <w:p w14:paraId="630B225C" w14:textId="77777777" w:rsidR="003250AA" w:rsidRDefault="00000000">
      <w:pPr>
        <w:spacing w:after="200"/>
        <w:jc w:val="center"/>
      </w:pPr>
      <w:r>
        <w:rPr>
          <w:b/>
          <w:color w:val="D96A5F"/>
          <w:sz w:val="22"/>
        </w:rPr>
        <w:t>ENROLMENT FORM • NOVEMBER 2026 INTAKE</w:t>
      </w:r>
    </w:p>
    <w:tbl>
      <w:tblPr>
        <w:tblW w:w="9720" w:type="dxa"/>
        <w:jc w:val="center"/>
        <w:tblBorders>
          <w:top w:val="single" w:sz="2" w:space="0" w:color="1D6570"/>
          <w:left w:val="single" w:sz="2" w:space="0" w:color="1D6570"/>
          <w:bottom w:val="single" w:sz="2" w:space="0" w:color="1D6570"/>
          <w:right w:val="single" w:sz="2" w:space="0" w:color="1D6570"/>
          <w:insideH w:val="single" w:sz="2" w:space="0" w:color="1D6570"/>
          <w:insideV w:val="single" w:sz="2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3250AA" w14:paraId="458DD9D1" w14:textId="77777777">
        <w:trPr>
          <w:jc w:val="center"/>
        </w:trPr>
        <w:tc>
          <w:tcPr>
            <w:tcW w:w="9720" w:type="dxa"/>
            <w:shd w:val="clear" w:color="auto" w:fill="1D6570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D32164A" w14:textId="77777777" w:rsidR="003250AA" w:rsidRDefault="00000000">
            <w:pPr>
              <w:spacing w:after="0"/>
            </w:pPr>
            <w:r>
              <w:rPr>
                <w:b/>
                <w:color w:val="FFFFFF"/>
              </w:rPr>
              <w:t>Course commencement: 8 November 2026  |  Fully online</w:t>
            </w:r>
          </w:p>
        </w:tc>
      </w:tr>
    </w:tbl>
    <w:p w14:paraId="6DEA04F5" w14:textId="77777777" w:rsidR="003250AA" w:rsidRDefault="00000000">
      <w:r>
        <w:t>Thank you for enquiring about the Level 6 Clinical Supervision Training Course. To confirm your place, please complete this form, pay the £250 deposit and return the completed form to Phill Smith at phil@progressivecounselling.org.</w:t>
      </w:r>
    </w:p>
    <w:tbl>
      <w:tblPr>
        <w:tblW w:w="9720" w:type="dxa"/>
        <w:jc w:val="center"/>
        <w:tblBorders>
          <w:top w:val="single" w:sz="4" w:space="0" w:color="1D6570"/>
          <w:left w:val="single" w:sz="4" w:space="0" w:color="1D6570"/>
          <w:bottom w:val="single" w:sz="4" w:space="0" w:color="1D6570"/>
          <w:right w:val="single" w:sz="4" w:space="0" w:color="1D6570"/>
          <w:insideH w:val="single" w:sz="4" w:space="0" w:color="1D6570"/>
          <w:insideV w:val="single" w:sz="4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192"/>
        <w:gridCol w:w="10"/>
      </w:tblGrid>
      <w:tr w:rsidR="003250AA" w14:paraId="6AC304CA" w14:textId="77777777">
        <w:trPr>
          <w:gridAfter w:val="1"/>
          <w:wAfter w:w="10" w:type="dxa"/>
          <w:jc w:val="center"/>
        </w:trPr>
        <w:tc>
          <w:tcPr>
            <w:tcW w:w="9720" w:type="dxa"/>
            <w:gridSpan w:val="2"/>
            <w:shd w:val="clear" w:color="auto" w:fill="1D657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45CD29A2" w14:textId="77777777" w:rsidR="003250AA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1. Candidate Details</w:t>
            </w:r>
          </w:p>
        </w:tc>
      </w:tr>
      <w:tr w:rsidR="003250AA" w14:paraId="1DBDDDA0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69BAA86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Full name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CE9BB29" w14:textId="356C314E" w:rsidR="003250AA" w:rsidRDefault="003250AA">
            <w:pPr>
              <w:spacing w:after="0"/>
            </w:pPr>
          </w:p>
        </w:tc>
      </w:tr>
      <w:tr w:rsidR="003250AA" w14:paraId="497A64AD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7EC12C7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Date of birth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69912FD" w14:textId="77777777" w:rsidR="003250AA" w:rsidRDefault="003250AA">
            <w:pPr>
              <w:spacing w:after="0"/>
            </w:pPr>
          </w:p>
        </w:tc>
      </w:tr>
      <w:tr w:rsidR="003250AA" w14:paraId="58C69E78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77528D8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Address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4ACEB2A" w14:textId="77777777" w:rsidR="003250AA" w:rsidRDefault="00000000">
            <w:pPr>
              <w:spacing w:after="0"/>
            </w:pPr>
            <w:r>
              <w:br/>
            </w:r>
            <w:r>
              <w:br/>
            </w:r>
          </w:p>
        </w:tc>
      </w:tr>
      <w:tr w:rsidR="003250AA" w14:paraId="3ECA9F76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6BA573B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Telephone number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5B15304" w14:textId="77777777" w:rsidR="003250AA" w:rsidRDefault="003250AA">
            <w:pPr>
              <w:spacing w:after="0"/>
            </w:pPr>
          </w:p>
        </w:tc>
      </w:tr>
      <w:tr w:rsidR="003250AA" w14:paraId="6C0F7534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E5457FE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Email address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4C09B38" w14:textId="77777777" w:rsidR="003250AA" w:rsidRDefault="003250AA">
            <w:pPr>
              <w:spacing w:after="0"/>
            </w:pPr>
          </w:p>
        </w:tc>
      </w:tr>
    </w:tbl>
    <w:p w14:paraId="28103F22" w14:textId="77777777" w:rsidR="003250AA" w:rsidRDefault="003250AA"/>
    <w:p w14:paraId="1252BCEB" w14:textId="77777777" w:rsidR="003250AA" w:rsidRDefault="00000000">
      <w:r>
        <w:br w:type="page"/>
      </w:r>
    </w:p>
    <w:p w14:paraId="0B263461" w14:textId="77777777" w:rsidR="003250AA" w:rsidRDefault="00000000">
      <w:pPr>
        <w:spacing w:after="60"/>
        <w:jc w:val="center"/>
      </w:pPr>
      <w:r>
        <w:rPr>
          <w:noProof/>
        </w:rPr>
        <w:lastRenderedPageBreak/>
        <w:drawing>
          <wp:inline distT="0" distB="0" distL="0" distR="0" wp14:anchorId="60AB4E22" wp14:editId="26E15E12">
            <wp:extent cx="2788920" cy="8706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essive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87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2EE2ABB6" wp14:editId="48E2306B">
            <wp:extent cx="987552" cy="65316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cab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65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18C5" w14:textId="77777777" w:rsidR="003250AA" w:rsidRDefault="00000000">
      <w:pPr>
        <w:spacing w:after="60"/>
        <w:jc w:val="center"/>
      </w:pPr>
      <w:r>
        <w:rPr>
          <w:b/>
          <w:color w:val="173F47"/>
          <w:sz w:val="42"/>
        </w:rPr>
        <w:t>Entry Requirements</w:t>
      </w:r>
    </w:p>
    <w:tbl>
      <w:tblPr>
        <w:tblW w:w="9720" w:type="dxa"/>
        <w:jc w:val="center"/>
        <w:tblBorders>
          <w:top w:val="single" w:sz="4" w:space="0" w:color="1D6570"/>
          <w:left w:val="single" w:sz="4" w:space="0" w:color="1D6570"/>
          <w:bottom w:val="single" w:sz="4" w:space="0" w:color="1D6570"/>
          <w:right w:val="single" w:sz="4" w:space="0" w:color="1D6570"/>
          <w:insideH w:val="single" w:sz="4" w:space="0" w:color="1D6570"/>
          <w:insideV w:val="single" w:sz="4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3250AA" w14:paraId="5CCA7F25" w14:textId="77777777">
        <w:trPr>
          <w:jc w:val="center"/>
        </w:trPr>
        <w:tc>
          <w:tcPr>
            <w:tcW w:w="9720" w:type="dxa"/>
            <w:shd w:val="clear" w:color="auto" w:fill="1D657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3F272BDC" w14:textId="77777777" w:rsidR="003250AA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2. Entry Requirements</w:t>
            </w:r>
          </w:p>
        </w:tc>
      </w:tr>
    </w:tbl>
    <w:p w14:paraId="5F7CA1AE" w14:textId="77777777" w:rsidR="003250AA" w:rsidRDefault="00000000">
      <w:r>
        <w:t>Please confirm how you meet the course entry requirements and provide relevant qualification and post-qualifying experience details.</w:t>
      </w:r>
    </w:p>
    <w:p w14:paraId="4B5377FC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I have reviewed the official CPCAB qualification requirements.</w:t>
      </w:r>
    </w:p>
    <w:p w14:paraId="5C2EEE57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I confirm that I meet the entry requirements for this qualification.</w:t>
      </w:r>
    </w:p>
    <w:tbl>
      <w:tblPr>
        <w:tblW w:w="9720" w:type="dxa"/>
        <w:jc w:val="center"/>
        <w:tblBorders>
          <w:top w:val="single" w:sz="8" w:space="0" w:color="B9CCCF"/>
          <w:left w:val="single" w:sz="8" w:space="0" w:color="B9CCCF"/>
          <w:bottom w:val="single" w:sz="8" w:space="0" w:color="B9CCCF"/>
          <w:right w:val="single" w:sz="8" w:space="0" w:color="B9CCCF"/>
          <w:insideH w:val="single" w:sz="8" w:space="0" w:color="B9CCCF"/>
          <w:insideV w:val="single" w:sz="8" w:space="0" w:color="B9CCCF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200"/>
      </w:tblGrid>
      <w:tr w:rsidR="003250AA" w14:paraId="001598F3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F7A59BF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Relevant qualification(s)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3D1BB91" w14:textId="77777777" w:rsidR="003250AA" w:rsidRDefault="00000000">
            <w:pPr>
              <w:spacing w:after="0"/>
            </w:pPr>
            <w:r>
              <w:br/>
            </w:r>
          </w:p>
        </w:tc>
      </w:tr>
      <w:tr w:rsidR="003250AA" w14:paraId="6A6594CE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7994BA3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Year qualified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EF7903F" w14:textId="77777777" w:rsidR="003250AA" w:rsidRDefault="003250AA">
            <w:pPr>
              <w:spacing w:after="0"/>
            </w:pPr>
          </w:p>
        </w:tc>
      </w:tr>
      <w:tr w:rsidR="003250AA" w14:paraId="05CBD138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60A8D75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Post-qualifying supervised client work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DE1AD8C" w14:textId="77777777" w:rsidR="003250AA" w:rsidRDefault="00000000">
            <w:pPr>
              <w:spacing w:after="0"/>
            </w:pPr>
            <w:r>
              <w:br/>
            </w:r>
            <w:r>
              <w:br/>
            </w:r>
          </w:p>
        </w:tc>
      </w:tr>
      <w:tr w:rsidR="003250AA" w14:paraId="2AF7621A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7260078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Current counselling role and supervision arrangements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7ED0577" w14:textId="77777777" w:rsidR="003250AA" w:rsidRDefault="00000000">
            <w:pPr>
              <w:spacing w:after="0"/>
            </w:pPr>
            <w:r>
              <w:br/>
            </w:r>
            <w:r>
              <w:br/>
            </w:r>
          </w:p>
        </w:tc>
      </w:tr>
      <w:tr w:rsidR="003250AA" w14:paraId="48A97AEB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F7B37F0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Access to supervisees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51DF0BD" w14:textId="77777777" w:rsidR="003250AA" w:rsidRDefault="00000000">
            <w:pPr>
              <w:spacing w:after="0"/>
            </w:pPr>
            <w:r>
              <w:br/>
            </w:r>
          </w:p>
        </w:tc>
      </w:tr>
      <w:tr w:rsidR="003250AA" w14:paraId="0A473C6D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8DD77AB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Supervision arrangements for supervision practice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3449CFB" w14:textId="77777777" w:rsidR="003250AA" w:rsidRDefault="00000000">
            <w:pPr>
              <w:spacing w:after="0"/>
            </w:pPr>
            <w:r>
              <w:br/>
            </w:r>
          </w:p>
        </w:tc>
      </w:tr>
    </w:tbl>
    <w:p w14:paraId="69E5E302" w14:textId="77777777" w:rsidR="003250AA" w:rsidRDefault="00000000">
      <w:r>
        <w:br w:type="page"/>
      </w:r>
    </w:p>
    <w:p w14:paraId="3342B385" w14:textId="77777777" w:rsidR="003250AA" w:rsidRDefault="00000000">
      <w:pPr>
        <w:spacing w:after="60"/>
        <w:jc w:val="center"/>
      </w:pPr>
      <w:r>
        <w:rPr>
          <w:noProof/>
        </w:rPr>
        <w:lastRenderedPageBreak/>
        <w:drawing>
          <wp:inline distT="0" distB="0" distL="0" distR="0" wp14:anchorId="286867C4" wp14:editId="48619D73">
            <wp:extent cx="2788920" cy="8706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essive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87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63E2170C" wp14:editId="739B1221">
            <wp:extent cx="987552" cy="65316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cab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65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DCF75" w14:textId="77777777" w:rsidR="003250AA" w:rsidRDefault="00000000">
      <w:pPr>
        <w:spacing w:after="60"/>
        <w:jc w:val="center"/>
      </w:pPr>
      <w:r>
        <w:rPr>
          <w:b/>
          <w:color w:val="173F47"/>
          <w:sz w:val="42"/>
        </w:rPr>
        <w:t>Fees and Payment Agreement</w:t>
      </w:r>
    </w:p>
    <w:tbl>
      <w:tblPr>
        <w:tblW w:w="9720" w:type="dxa"/>
        <w:jc w:val="center"/>
        <w:tblBorders>
          <w:top w:val="single" w:sz="4" w:space="0" w:color="1D6570"/>
          <w:left w:val="single" w:sz="4" w:space="0" w:color="1D6570"/>
          <w:bottom w:val="single" w:sz="4" w:space="0" w:color="1D6570"/>
          <w:right w:val="single" w:sz="4" w:space="0" w:color="1D6570"/>
          <w:insideH w:val="single" w:sz="4" w:space="0" w:color="1D6570"/>
          <w:insideV w:val="single" w:sz="4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3250AA" w14:paraId="526E62D8" w14:textId="77777777">
        <w:trPr>
          <w:jc w:val="center"/>
        </w:trPr>
        <w:tc>
          <w:tcPr>
            <w:tcW w:w="9720" w:type="dxa"/>
            <w:shd w:val="clear" w:color="auto" w:fill="1D657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5E3C82AF" w14:textId="77777777" w:rsidR="003250AA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3. Course Fees</w:t>
            </w:r>
          </w:p>
        </w:tc>
      </w:tr>
    </w:tbl>
    <w:p w14:paraId="6FD2C831" w14:textId="77777777" w:rsidR="003250AA" w:rsidRDefault="00000000">
      <w:r>
        <w:t>To reserve your place, a deposit of £250 is payable at the time of booking. Following payment of the deposit, six monthly payments of £185 will be due on the 15th of each month from November to April inclusive.</w:t>
      </w:r>
    </w:p>
    <w:p w14:paraId="0456E3D6" w14:textId="77777777" w:rsidR="003250AA" w:rsidRDefault="00000000">
      <w:r>
        <w:t>A separate CPCAB registration fee of £398 is also payable. Payment will be requested in December, once the group has been registered with the awarding body.</w:t>
      </w:r>
    </w:p>
    <w:tbl>
      <w:tblPr>
        <w:tblW w:w="9720" w:type="dxa"/>
        <w:jc w:val="center"/>
        <w:tblBorders>
          <w:top w:val="single" w:sz="8" w:space="0" w:color="B9CCCF"/>
          <w:left w:val="single" w:sz="8" w:space="0" w:color="B9CCCF"/>
          <w:bottom w:val="single" w:sz="8" w:space="0" w:color="B9CCCF"/>
          <w:right w:val="single" w:sz="8" w:space="0" w:color="B9CCCF"/>
          <w:insideH w:val="single" w:sz="8" w:space="0" w:color="B9CCCF"/>
          <w:insideV w:val="single" w:sz="8" w:space="0" w:color="B9CCCF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2232"/>
        <w:gridCol w:w="2160"/>
      </w:tblGrid>
      <w:tr w:rsidR="003250AA" w14:paraId="0C0BB3FA" w14:textId="77777777">
        <w:trPr>
          <w:jc w:val="center"/>
        </w:trPr>
        <w:tc>
          <w:tcPr>
            <w:tcW w:w="5328" w:type="dxa"/>
            <w:shd w:val="clear" w:color="auto" w:fill="1D6570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46F28BD" w14:textId="77777777" w:rsidR="003250AA" w:rsidRDefault="00000000">
            <w:r>
              <w:rPr>
                <w:b/>
                <w:color w:val="FFFFFF"/>
              </w:rPr>
              <w:t>Payment item</w:t>
            </w:r>
          </w:p>
        </w:tc>
        <w:tc>
          <w:tcPr>
            <w:tcW w:w="2232" w:type="dxa"/>
            <w:shd w:val="clear" w:color="auto" w:fill="1D6570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77AA3A5" w14:textId="77777777" w:rsidR="003250AA" w:rsidRDefault="00000000">
            <w:pPr>
              <w:jc w:val="center"/>
            </w:pPr>
            <w:r>
              <w:rPr>
                <w:b/>
                <w:color w:val="FFFFFF"/>
              </w:rPr>
              <w:t>Amount</w:t>
            </w:r>
          </w:p>
        </w:tc>
        <w:tc>
          <w:tcPr>
            <w:tcW w:w="2160" w:type="dxa"/>
            <w:shd w:val="clear" w:color="auto" w:fill="1D6570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6E4A146" w14:textId="77777777" w:rsidR="003250AA" w:rsidRDefault="00000000">
            <w:pPr>
              <w:jc w:val="center"/>
            </w:pPr>
            <w:r>
              <w:rPr>
                <w:b/>
                <w:color w:val="FFFFFF"/>
              </w:rPr>
              <w:t>Candidate initials</w:t>
            </w:r>
          </w:p>
        </w:tc>
      </w:tr>
      <w:tr w:rsidR="003250AA" w14:paraId="32B9C5FE" w14:textId="77777777">
        <w:trPr>
          <w:jc w:val="center"/>
        </w:trPr>
        <w:tc>
          <w:tcPr>
            <w:tcW w:w="532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804447A" w14:textId="77777777" w:rsidR="003250AA" w:rsidRDefault="00000000">
            <w:r>
              <w:t>Deposit payable when booking</w:t>
            </w:r>
          </w:p>
        </w:tc>
        <w:tc>
          <w:tcPr>
            <w:tcW w:w="223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C3E12D" w14:textId="77777777" w:rsidR="003250AA" w:rsidRDefault="00000000">
            <w:pPr>
              <w:jc w:val="center"/>
            </w:pPr>
            <w:r>
              <w:rPr>
                <w:b/>
                <w:color w:val="173F47"/>
              </w:rPr>
              <w:t>£250</w:t>
            </w:r>
          </w:p>
        </w:tc>
        <w:tc>
          <w:tcPr>
            <w:tcW w:w="216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A2418D" w14:textId="77777777" w:rsidR="003250AA" w:rsidRDefault="00000000">
            <w:r>
              <w:t xml:space="preserve"> </w:t>
            </w:r>
          </w:p>
        </w:tc>
      </w:tr>
      <w:tr w:rsidR="003250AA" w14:paraId="1F2B98F5" w14:textId="77777777">
        <w:trPr>
          <w:jc w:val="center"/>
        </w:trPr>
        <w:tc>
          <w:tcPr>
            <w:tcW w:w="532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BED8036" w14:textId="77777777" w:rsidR="003250AA" w:rsidRDefault="00000000">
            <w:r>
              <w:t>Six monthly payments</w:t>
            </w:r>
          </w:p>
        </w:tc>
        <w:tc>
          <w:tcPr>
            <w:tcW w:w="223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5C506B" w14:textId="77777777" w:rsidR="003250AA" w:rsidRDefault="00000000">
            <w:pPr>
              <w:jc w:val="center"/>
            </w:pPr>
            <w:r>
              <w:rPr>
                <w:b/>
                <w:color w:val="173F47"/>
              </w:rPr>
              <w:t>£185 each</w:t>
            </w:r>
          </w:p>
        </w:tc>
        <w:tc>
          <w:tcPr>
            <w:tcW w:w="216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85C035" w14:textId="77777777" w:rsidR="003250AA" w:rsidRDefault="00000000">
            <w:r>
              <w:t xml:space="preserve"> </w:t>
            </w:r>
          </w:p>
        </w:tc>
      </w:tr>
      <w:tr w:rsidR="003250AA" w14:paraId="09AF1795" w14:textId="77777777">
        <w:trPr>
          <w:jc w:val="center"/>
        </w:trPr>
        <w:tc>
          <w:tcPr>
            <w:tcW w:w="532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697BCED" w14:textId="77777777" w:rsidR="003250AA" w:rsidRDefault="00000000">
            <w:r>
              <w:t>CPCAB registration fee payable in December</w:t>
            </w:r>
          </w:p>
        </w:tc>
        <w:tc>
          <w:tcPr>
            <w:tcW w:w="223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637CCB4" w14:textId="77777777" w:rsidR="003250AA" w:rsidRDefault="00000000">
            <w:pPr>
              <w:jc w:val="center"/>
            </w:pPr>
            <w:r>
              <w:rPr>
                <w:b/>
                <w:color w:val="173F47"/>
              </w:rPr>
              <w:t>£398</w:t>
            </w:r>
          </w:p>
        </w:tc>
        <w:tc>
          <w:tcPr>
            <w:tcW w:w="216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5B4F1DB" w14:textId="77777777" w:rsidR="003250AA" w:rsidRDefault="00000000">
            <w:r>
              <w:t xml:space="preserve"> </w:t>
            </w:r>
          </w:p>
        </w:tc>
      </w:tr>
      <w:tr w:rsidR="003250AA" w14:paraId="00A1E85B" w14:textId="77777777">
        <w:trPr>
          <w:jc w:val="center"/>
        </w:trPr>
        <w:tc>
          <w:tcPr>
            <w:tcW w:w="532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D286B60" w14:textId="77777777" w:rsidR="003250AA" w:rsidRDefault="00000000">
            <w:r>
              <w:t>Total programme cost</w:t>
            </w:r>
          </w:p>
        </w:tc>
        <w:tc>
          <w:tcPr>
            <w:tcW w:w="223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2ABF6DA" w14:textId="77777777" w:rsidR="003250AA" w:rsidRDefault="00000000">
            <w:pPr>
              <w:jc w:val="center"/>
            </w:pPr>
            <w:r>
              <w:rPr>
                <w:b/>
                <w:color w:val="173F47"/>
              </w:rPr>
              <w:t>£1,758</w:t>
            </w:r>
          </w:p>
        </w:tc>
        <w:tc>
          <w:tcPr>
            <w:tcW w:w="216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A29CCC9" w14:textId="77777777" w:rsidR="003250AA" w:rsidRDefault="00000000">
            <w:r>
              <w:t xml:space="preserve"> </w:t>
            </w:r>
          </w:p>
        </w:tc>
      </w:tr>
    </w:tbl>
    <w:p w14:paraId="5E5B9A69" w14:textId="77777777" w:rsidR="003250AA" w:rsidRDefault="003250AA"/>
    <w:tbl>
      <w:tblPr>
        <w:tblW w:w="9720" w:type="dxa"/>
        <w:jc w:val="center"/>
        <w:tblBorders>
          <w:top w:val="single" w:sz="4" w:space="0" w:color="1D6570"/>
          <w:left w:val="single" w:sz="4" w:space="0" w:color="1D6570"/>
          <w:bottom w:val="single" w:sz="4" w:space="0" w:color="1D6570"/>
          <w:right w:val="single" w:sz="4" w:space="0" w:color="1D6570"/>
          <w:insideH w:val="single" w:sz="4" w:space="0" w:color="1D6570"/>
          <w:insideV w:val="single" w:sz="4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2513"/>
        <w:gridCol w:w="7177"/>
        <w:gridCol w:w="30"/>
      </w:tblGrid>
      <w:tr w:rsidR="003250AA" w14:paraId="53E576EB" w14:textId="77777777">
        <w:trPr>
          <w:gridAfter w:val="1"/>
          <w:wAfter w:w="10" w:type="dxa"/>
          <w:jc w:val="center"/>
        </w:trPr>
        <w:tc>
          <w:tcPr>
            <w:tcW w:w="9720" w:type="dxa"/>
            <w:gridSpan w:val="2"/>
            <w:shd w:val="clear" w:color="auto" w:fill="1D657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7B3FA68D" w14:textId="77777777" w:rsidR="003250AA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4. Payment Details</w:t>
            </w:r>
          </w:p>
        </w:tc>
      </w:tr>
      <w:tr w:rsidR="003250AA" w14:paraId="63A24EE5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50FED6A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Account name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F13BF64" w14:textId="77777777" w:rsidR="003250AA" w:rsidRDefault="00000000">
            <w:pPr>
              <w:spacing w:after="0"/>
            </w:pPr>
            <w:r>
              <w:rPr>
                <w:b/>
              </w:rPr>
              <w:t>Phillip Smith</w:t>
            </w:r>
          </w:p>
        </w:tc>
      </w:tr>
      <w:tr w:rsidR="003250AA" w14:paraId="522C3622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4B992DD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Account number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E4402CD" w14:textId="77777777" w:rsidR="003250AA" w:rsidRDefault="00000000">
            <w:pPr>
              <w:spacing w:after="0"/>
            </w:pPr>
            <w:r>
              <w:rPr>
                <w:b/>
              </w:rPr>
              <w:t>45161527</w:t>
            </w:r>
          </w:p>
        </w:tc>
      </w:tr>
      <w:tr w:rsidR="003250AA" w14:paraId="625C7D24" w14:textId="77777777">
        <w:tblPrEx>
          <w:tblBorders>
            <w:top w:val="single" w:sz="8" w:space="0" w:color="B9CCCF"/>
            <w:left w:val="single" w:sz="8" w:space="0" w:color="B9CCCF"/>
            <w:bottom w:val="single" w:sz="8" w:space="0" w:color="B9CCCF"/>
            <w:right w:val="single" w:sz="8" w:space="0" w:color="B9CCCF"/>
            <w:insideH w:val="single" w:sz="8" w:space="0" w:color="B9CCCF"/>
            <w:insideV w:val="single" w:sz="8" w:space="0" w:color="B9CCCF"/>
          </w:tblBorders>
        </w:tblPrEx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5259105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Sort code</w:t>
            </w:r>
          </w:p>
        </w:tc>
        <w:tc>
          <w:tcPr>
            <w:tcW w:w="7200" w:type="dxa"/>
            <w:gridSpan w:val="2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D39180E" w14:textId="77777777" w:rsidR="003250AA" w:rsidRDefault="00000000">
            <w:pPr>
              <w:spacing w:after="0"/>
            </w:pPr>
            <w:r>
              <w:rPr>
                <w:b/>
              </w:rPr>
              <w:t>60-83-71</w:t>
            </w:r>
          </w:p>
        </w:tc>
      </w:tr>
      <w:tr w:rsidR="003250AA" w14:paraId="708BFEC2" w14:textId="77777777">
        <w:tblPrEx>
          <w:tblBorders>
            <w:top w:val="single" w:sz="2" w:space="0" w:color="E7F2F0"/>
            <w:left w:val="single" w:sz="2" w:space="0" w:color="E7F2F0"/>
            <w:bottom w:val="single" w:sz="2" w:space="0" w:color="E7F2F0"/>
            <w:right w:val="single" w:sz="2" w:space="0" w:color="E7F2F0"/>
            <w:insideH w:val="single" w:sz="2" w:space="0" w:color="E7F2F0"/>
            <w:insideV w:val="single" w:sz="2" w:space="0" w:color="E7F2F0"/>
          </w:tblBorders>
        </w:tblPrEx>
        <w:trPr>
          <w:gridAfter w:val="1"/>
          <w:wAfter w:w="30" w:type="dxa"/>
          <w:jc w:val="center"/>
        </w:trPr>
        <w:tc>
          <w:tcPr>
            <w:tcW w:w="9720" w:type="dxa"/>
            <w:gridSpan w:val="2"/>
            <w:shd w:val="clear" w:color="auto" w:fill="E7F2F0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139C6CA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Please use your full name as the payment reference.</w:t>
            </w:r>
          </w:p>
        </w:tc>
      </w:tr>
    </w:tbl>
    <w:p w14:paraId="45B94E57" w14:textId="77777777" w:rsidR="003250AA" w:rsidRDefault="003250AA"/>
    <w:tbl>
      <w:tblPr>
        <w:tblW w:w="9720" w:type="dxa"/>
        <w:jc w:val="center"/>
        <w:tblBorders>
          <w:top w:val="single" w:sz="4" w:space="0" w:color="1D6570"/>
          <w:left w:val="single" w:sz="4" w:space="0" w:color="1D6570"/>
          <w:bottom w:val="single" w:sz="4" w:space="0" w:color="1D6570"/>
          <w:right w:val="single" w:sz="4" w:space="0" w:color="1D6570"/>
          <w:insideH w:val="single" w:sz="4" w:space="0" w:color="1D6570"/>
          <w:insideV w:val="single" w:sz="4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9700"/>
        <w:gridCol w:w="20"/>
      </w:tblGrid>
      <w:tr w:rsidR="003250AA" w14:paraId="08B36E74" w14:textId="77777777">
        <w:trPr>
          <w:jc w:val="center"/>
        </w:trPr>
        <w:tc>
          <w:tcPr>
            <w:tcW w:w="9720" w:type="dxa"/>
            <w:gridSpan w:val="2"/>
            <w:shd w:val="clear" w:color="auto" w:fill="1D657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70FF2ECD" w14:textId="77777777" w:rsidR="003250AA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5. Fee Commitment and Withdrawal</w:t>
            </w:r>
          </w:p>
        </w:tc>
      </w:tr>
      <w:tr w:rsidR="003250AA" w14:paraId="4CABEE09" w14:textId="77777777">
        <w:tblPrEx>
          <w:tblBorders>
            <w:top w:val="single" w:sz="2" w:space="0" w:color="D96A5F"/>
            <w:left w:val="single" w:sz="2" w:space="0" w:color="D96A5F"/>
            <w:bottom w:val="single" w:sz="2" w:space="0" w:color="D96A5F"/>
            <w:right w:val="single" w:sz="2" w:space="0" w:color="D96A5F"/>
            <w:insideH w:val="single" w:sz="2" w:space="0" w:color="D96A5F"/>
            <w:insideV w:val="single" w:sz="2" w:space="0" w:color="D96A5F"/>
          </w:tblBorders>
        </w:tblPrEx>
        <w:trPr>
          <w:gridAfter w:val="1"/>
          <w:wAfter w:w="20" w:type="dxa"/>
          <w:jc w:val="center"/>
        </w:trPr>
        <w:tc>
          <w:tcPr>
            <w:tcW w:w="9720" w:type="dxa"/>
            <w:shd w:val="clear" w:color="auto" w:fill="D96A5F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6A114E8" w14:textId="77777777" w:rsidR="003250AA" w:rsidRDefault="00000000">
            <w:pPr>
              <w:spacing w:after="0"/>
            </w:pPr>
            <w:r>
              <w:rPr>
                <w:b/>
                <w:color w:val="FFFFFF"/>
              </w:rPr>
              <w:t>By accepting a place on the programme, you agree to pay the full course fees. If you withdraw after the course has commenced, any outstanding course fees will remain payable in full.</w:t>
            </w:r>
          </w:p>
        </w:tc>
      </w:tr>
    </w:tbl>
    <w:p w14:paraId="7AD79C5E" w14:textId="77777777" w:rsidR="003250AA" w:rsidRDefault="003250AA"/>
    <w:p w14:paraId="3C96BED4" w14:textId="77777777" w:rsidR="003250AA" w:rsidRDefault="00000000">
      <w:r>
        <w:br w:type="page"/>
      </w:r>
    </w:p>
    <w:p w14:paraId="7E23AE71" w14:textId="77777777" w:rsidR="003250AA" w:rsidRDefault="00000000">
      <w:pPr>
        <w:spacing w:after="60"/>
        <w:jc w:val="center"/>
      </w:pPr>
      <w:r>
        <w:rPr>
          <w:noProof/>
        </w:rPr>
        <w:lastRenderedPageBreak/>
        <w:drawing>
          <wp:inline distT="0" distB="0" distL="0" distR="0" wp14:anchorId="1F1375F9" wp14:editId="48A1A035">
            <wp:extent cx="2788920" cy="8706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essive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87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7B8BE76B" wp14:editId="4139EFBA">
            <wp:extent cx="987552" cy="65316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cab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65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826AD" w14:textId="77777777" w:rsidR="003250AA" w:rsidRDefault="00000000">
      <w:pPr>
        <w:spacing w:after="60"/>
        <w:jc w:val="center"/>
      </w:pPr>
      <w:r>
        <w:rPr>
          <w:b/>
          <w:color w:val="173F47"/>
          <w:sz w:val="42"/>
        </w:rPr>
        <w:t>Candidate Declaration and Course Information</w:t>
      </w:r>
    </w:p>
    <w:tbl>
      <w:tblPr>
        <w:tblW w:w="9720" w:type="dxa"/>
        <w:jc w:val="center"/>
        <w:tblBorders>
          <w:top w:val="single" w:sz="4" w:space="0" w:color="1D6570"/>
          <w:left w:val="single" w:sz="4" w:space="0" w:color="1D6570"/>
          <w:bottom w:val="single" w:sz="4" w:space="0" w:color="1D6570"/>
          <w:right w:val="single" w:sz="4" w:space="0" w:color="1D6570"/>
          <w:insideH w:val="single" w:sz="4" w:space="0" w:color="1D6570"/>
          <w:insideV w:val="single" w:sz="4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3250AA" w14:paraId="70596592" w14:textId="77777777">
        <w:trPr>
          <w:jc w:val="center"/>
        </w:trPr>
        <w:tc>
          <w:tcPr>
            <w:tcW w:w="9720" w:type="dxa"/>
            <w:shd w:val="clear" w:color="auto" w:fill="1D657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1A209DFB" w14:textId="77777777" w:rsidR="003250AA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6. Candidate Declaration</w:t>
            </w:r>
          </w:p>
        </w:tc>
      </w:tr>
    </w:tbl>
    <w:p w14:paraId="309A8581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I confirm that the information provided in this enrolment form is accurate.</w:t>
      </w:r>
    </w:p>
    <w:p w14:paraId="33007C42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I confirm that I meet the qualification entry requirements.</w:t>
      </w:r>
    </w:p>
    <w:p w14:paraId="34ABB403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I have reviewed the CPCAB course information and understand the course requirements.</w:t>
      </w:r>
    </w:p>
    <w:p w14:paraId="3A25AE3B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I agree to the payment schedule and fee commitment set out above.</w:t>
      </w:r>
    </w:p>
    <w:tbl>
      <w:tblPr>
        <w:tblW w:w="9720" w:type="dxa"/>
        <w:jc w:val="center"/>
        <w:tblBorders>
          <w:top w:val="single" w:sz="8" w:space="0" w:color="B9CCCF"/>
          <w:left w:val="single" w:sz="8" w:space="0" w:color="B9CCCF"/>
          <w:bottom w:val="single" w:sz="8" w:space="0" w:color="B9CCCF"/>
          <w:right w:val="single" w:sz="8" w:space="0" w:color="B9CCCF"/>
          <w:insideH w:val="single" w:sz="8" w:space="0" w:color="B9CCCF"/>
          <w:insideV w:val="single" w:sz="8" w:space="0" w:color="B9CCCF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200"/>
      </w:tblGrid>
      <w:tr w:rsidR="003250AA" w14:paraId="709258F2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299F0CA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Candidate name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6B749AD" w14:textId="77777777" w:rsidR="003250AA" w:rsidRDefault="003250AA">
            <w:pPr>
              <w:spacing w:after="0"/>
            </w:pPr>
          </w:p>
        </w:tc>
      </w:tr>
      <w:tr w:rsidR="003250AA" w14:paraId="3E0089CC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96B39B8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Signature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19220C8" w14:textId="77777777" w:rsidR="003250AA" w:rsidRDefault="00000000">
            <w:pPr>
              <w:spacing w:after="0"/>
            </w:pPr>
            <w:r>
              <w:br/>
            </w:r>
          </w:p>
        </w:tc>
      </w:tr>
      <w:tr w:rsidR="003250AA" w14:paraId="3A051F24" w14:textId="77777777">
        <w:trPr>
          <w:jc w:val="center"/>
        </w:trPr>
        <w:tc>
          <w:tcPr>
            <w:tcW w:w="2520" w:type="dxa"/>
            <w:shd w:val="clear" w:color="auto" w:fill="E7F2F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5B33B97" w14:textId="77777777" w:rsidR="003250AA" w:rsidRDefault="00000000">
            <w:pPr>
              <w:spacing w:after="0"/>
            </w:pPr>
            <w:r>
              <w:rPr>
                <w:b/>
                <w:color w:val="173F47"/>
              </w:rPr>
              <w:t>Date</w:t>
            </w:r>
          </w:p>
        </w:tc>
        <w:tc>
          <w:tcPr>
            <w:tcW w:w="720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801D996" w14:textId="77777777" w:rsidR="003250AA" w:rsidRDefault="003250AA">
            <w:pPr>
              <w:spacing w:after="0"/>
            </w:pPr>
          </w:p>
        </w:tc>
      </w:tr>
    </w:tbl>
    <w:p w14:paraId="71888523" w14:textId="77777777" w:rsidR="003250AA" w:rsidRDefault="00000000">
      <w:pPr>
        <w:pStyle w:val="Heading1"/>
      </w:pPr>
      <w:r>
        <w:t>Before You Enrol</w:t>
      </w:r>
    </w:p>
    <w:p w14:paraId="1D68807C" w14:textId="77777777" w:rsidR="003250AA" w:rsidRDefault="00000000">
      <w:r>
        <w:t>Before enrolling, please review the official CPCAB qualification information to ensure that you understand the course purpose, entry requirements, practice requirements and progression opportunities.</w:t>
      </w:r>
    </w:p>
    <w:tbl>
      <w:tblPr>
        <w:tblW w:w="9720" w:type="dxa"/>
        <w:jc w:val="center"/>
        <w:tblBorders>
          <w:top w:val="single" w:sz="2" w:space="0" w:color="E7F2F0"/>
          <w:left w:val="single" w:sz="2" w:space="0" w:color="E7F2F0"/>
          <w:bottom w:val="single" w:sz="2" w:space="0" w:color="E7F2F0"/>
          <w:right w:val="single" w:sz="2" w:space="0" w:color="E7F2F0"/>
          <w:insideH w:val="single" w:sz="2" w:space="0" w:color="E7F2F0"/>
          <w:insideV w:val="single" w:sz="2" w:space="0" w:color="E7F2F0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3250AA" w14:paraId="59DCB5C7" w14:textId="77777777">
        <w:trPr>
          <w:jc w:val="center"/>
        </w:trPr>
        <w:tc>
          <w:tcPr>
            <w:tcW w:w="9720" w:type="dxa"/>
            <w:shd w:val="clear" w:color="auto" w:fill="E7F2F0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D15D6C2" w14:textId="77777777" w:rsidR="003250AA" w:rsidRDefault="00000000">
            <w:pPr>
              <w:spacing w:after="0"/>
            </w:pPr>
            <w:r>
              <w:rPr>
                <w:b/>
                <w:color w:val="59B4C9"/>
              </w:rPr>
              <w:t>https://www.cpcab.co.uk/qualifications/tcsu-l6</w:t>
            </w:r>
          </w:p>
        </w:tc>
      </w:tr>
    </w:tbl>
    <w:p w14:paraId="03368351" w14:textId="77777777" w:rsidR="003250AA" w:rsidRDefault="00000000">
      <w:pPr>
        <w:pStyle w:val="Heading1"/>
      </w:pPr>
      <w:r>
        <w:t>Submitting Your Enrolment Form</w:t>
      </w:r>
    </w:p>
    <w:p w14:paraId="5D585CBE" w14:textId="77777777" w:rsidR="003250AA" w:rsidRDefault="00000000">
      <w:r>
        <w:t>Please return your completed enrolment form to:</w:t>
      </w:r>
    </w:p>
    <w:tbl>
      <w:tblPr>
        <w:tblW w:w="9720" w:type="dxa"/>
        <w:jc w:val="center"/>
        <w:tblBorders>
          <w:top w:val="single" w:sz="2" w:space="0" w:color="1D6570"/>
          <w:left w:val="single" w:sz="2" w:space="0" w:color="1D6570"/>
          <w:bottom w:val="single" w:sz="2" w:space="0" w:color="1D6570"/>
          <w:right w:val="single" w:sz="2" w:space="0" w:color="1D6570"/>
          <w:insideH w:val="single" w:sz="2" w:space="0" w:color="1D6570"/>
          <w:insideV w:val="single" w:sz="2" w:space="0" w:color="1D6570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3250AA" w14:paraId="46C2C049" w14:textId="77777777">
        <w:trPr>
          <w:jc w:val="center"/>
        </w:trPr>
        <w:tc>
          <w:tcPr>
            <w:tcW w:w="9720" w:type="dxa"/>
            <w:shd w:val="clear" w:color="auto" w:fill="1D6570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1EAC636" w14:textId="77777777" w:rsidR="003250AA" w:rsidRDefault="00000000">
            <w:pPr>
              <w:spacing w:after="0"/>
            </w:pPr>
            <w:r>
              <w:rPr>
                <w:b/>
                <w:color w:val="FFFFFF"/>
              </w:rPr>
              <w:t>Phill Smith</w:t>
            </w:r>
            <w:r>
              <w:rPr>
                <w:b/>
                <w:color w:val="FFFFFF"/>
              </w:rPr>
              <w:br/>
              <w:t>phil@progressivecounselling.org</w:t>
            </w:r>
            <w:r>
              <w:rPr>
                <w:b/>
                <w:color w:val="FFFFFF"/>
              </w:rPr>
              <w:br/>
              <w:t>07906 663730</w:t>
            </w:r>
          </w:p>
        </w:tc>
      </w:tr>
    </w:tbl>
    <w:p w14:paraId="385792FA" w14:textId="77777777" w:rsidR="003250AA" w:rsidRDefault="00000000">
      <w:pPr>
        <w:pStyle w:val="Heading1"/>
      </w:pPr>
      <w:r>
        <w:t>Checklist Before Submission</w:t>
      </w:r>
    </w:p>
    <w:p w14:paraId="12AE4E39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All personal details have been completed</w:t>
      </w:r>
    </w:p>
    <w:p w14:paraId="43FBAC89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Entry requirement information has been provided</w:t>
      </w:r>
    </w:p>
    <w:p w14:paraId="2916D6B8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The candidate declaration has been signed and dated</w:t>
      </w:r>
    </w:p>
    <w:p w14:paraId="6C38073D" w14:textId="77777777" w:rsidR="003250AA" w:rsidRDefault="00000000">
      <w:pPr>
        <w:spacing w:after="80"/>
        <w:ind w:left="173"/>
      </w:pPr>
      <w:r>
        <w:rPr>
          <w:color w:val="1D6570"/>
          <w:sz w:val="24"/>
        </w:rPr>
        <w:t xml:space="preserve">☐  </w:t>
      </w:r>
      <w:r>
        <w:t>The £250 deposit has been paid using your full name as the reference</w:t>
      </w:r>
    </w:p>
    <w:tbl>
      <w:tblPr>
        <w:tblW w:w="9720" w:type="dxa"/>
        <w:jc w:val="center"/>
        <w:tblBorders>
          <w:top w:val="single" w:sz="2" w:space="0" w:color="D96A5F"/>
          <w:left w:val="single" w:sz="2" w:space="0" w:color="D96A5F"/>
          <w:bottom w:val="single" w:sz="2" w:space="0" w:color="D96A5F"/>
          <w:right w:val="single" w:sz="2" w:space="0" w:color="D96A5F"/>
          <w:insideH w:val="single" w:sz="2" w:space="0" w:color="D96A5F"/>
          <w:insideV w:val="single" w:sz="2" w:space="0" w:color="D96A5F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3250AA" w14:paraId="48E89D11" w14:textId="77777777">
        <w:trPr>
          <w:jc w:val="center"/>
        </w:trPr>
        <w:tc>
          <w:tcPr>
            <w:tcW w:w="9720" w:type="dxa"/>
            <w:shd w:val="clear" w:color="auto" w:fill="D96A5F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C7AAA6B" w14:textId="77777777" w:rsidR="003250AA" w:rsidRDefault="00000000">
            <w:pPr>
              <w:spacing w:after="0"/>
            </w:pPr>
            <w:r>
              <w:rPr>
                <w:b/>
                <w:color w:val="FFFFFF"/>
              </w:rPr>
              <w:t>Your place cannot be confirmed until the completed enrolment form and deposit have been received.</w:t>
            </w:r>
          </w:p>
        </w:tc>
      </w:tr>
    </w:tbl>
    <w:p w14:paraId="1EDE78FC" w14:textId="77777777" w:rsidR="00F21784" w:rsidRDefault="00F21784"/>
    <w:sectPr w:rsidR="00F21784" w:rsidSect="00034616">
      <w:footerReference w:type="default" r:id="rId10"/>
      <w:pgSz w:w="11909" w:h="16834"/>
      <w:pgMar w:top="835" w:right="1037" w:bottom="835" w:left="1037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1F09" w14:textId="77777777" w:rsidR="00F21784" w:rsidRDefault="00F21784">
      <w:pPr>
        <w:spacing w:after="0" w:line="240" w:lineRule="auto"/>
      </w:pPr>
      <w:r>
        <w:separator/>
      </w:r>
    </w:p>
  </w:endnote>
  <w:endnote w:type="continuationSeparator" w:id="0">
    <w:p w14:paraId="290A1287" w14:textId="77777777" w:rsidR="00F21784" w:rsidRDefault="00F21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7BA3" w14:textId="77777777" w:rsidR="003250AA" w:rsidRDefault="00000000">
    <w:pPr>
      <w:pStyle w:val="Footer"/>
      <w:jc w:val="center"/>
    </w:pPr>
    <w:r>
      <w:rPr>
        <w:sz w:val="17"/>
      </w:rPr>
      <w:t xml:space="preserve">Progressive Counselling &amp; </w:t>
    </w:r>
    <w:proofErr w:type="gramStart"/>
    <w:r>
      <w:rPr>
        <w:sz w:val="17"/>
      </w:rPr>
      <w:t>Training  |</w:t>
    </w:r>
    <w:proofErr w:type="gramEnd"/>
    <w:r>
      <w:rPr>
        <w:sz w:val="17"/>
      </w:rPr>
      <w:t xml:space="preserve">  07906 </w:t>
    </w:r>
    <w:proofErr w:type="gramStart"/>
    <w:r>
      <w:rPr>
        <w:sz w:val="17"/>
      </w:rPr>
      <w:t>663730  |</w:t>
    </w:r>
    <w:proofErr w:type="gramEnd"/>
    <w:r>
      <w:rPr>
        <w:sz w:val="17"/>
      </w:rPr>
      <w:t xml:space="preserve">  phil@progressivecounselling.org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27357" w14:textId="77777777" w:rsidR="00F21784" w:rsidRDefault="00F21784">
      <w:pPr>
        <w:spacing w:after="0" w:line="240" w:lineRule="auto"/>
      </w:pPr>
      <w:r>
        <w:separator/>
      </w:r>
    </w:p>
  </w:footnote>
  <w:footnote w:type="continuationSeparator" w:id="0">
    <w:p w14:paraId="3A723F63" w14:textId="77777777" w:rsidR="00F21784" w:rsidRDefault="00F21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2524252">
    <w:abstractNumId w:val="8"/>
  </w:num>
  <w:num w:numId="2" w16cid:durableId="1797330094">
    <w:abstractNumId w:val="6"/>
  </w:num>
  <w:num w:numId="3" w16cid:durableId="752438460">
    <w:abstractNumId w:val="5"/>
  </w:num>
  <w:num w:numId="4" w16cid:durableId="897282948">
    <w:abstractNumId w:val="4"/>
  </w:num>
  <w:num w:numId="5" w16cid:durableId="941839041">
    <w:abstractNumId w:val="7"/>
  </w:num>
  <w:num w:numId="6" w16cid:durableId="2130002143">
    <w:abstractNumId w:val="3"/>
  </w:num>
  <w:num w:numId="7" w16cid:durableId="710886537">
    <w:abstractNumId w:val="2"/>
  </w:num>
  <w:num w:numId="8" w16cid:durableId="793790621">
    <w:abstractNumId w:val="1"/>
  </w:num>
  <w:num w:numId="9" w16cid:durableId="973289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50AA"/>
    <w:rsid w:val="00326F90"/>
    <w:rsid w:val="006812A1"/>
    <w:rsid w:val="00AA1D8D"/>
    <w:rsid w:val="00B47730"/>
    <w:rsid w:val="00C93268"/>
    <w:rsid w:val="00CB0664"/>
    <w:rsid w:val="00F217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EC26D3"/>
  <w14:defaultImageDpi w14:val="300"/>
  <w15:docId w15:val="{04C28081-FD00-4978-8F7F-FD8E504B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526C7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D657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D65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D657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24F9688BA5854F8054E5D8235B84E4" ma:contentTypeVersion="19" ma:contentTypeDescription="Create a new document." ma:contentTypeScope="" ma:versionID="39285e829b6b71fbe5dae19c56c76195">
  <xsd:schema xmlns:xsd="http://www.w3.org/2001/XMLSchema" xmlns:xs="http://www.w3.org/2001/XMLSchema" xmlns:p="http://schemas.microsoft.com/office/2006/metadata/properties" xmlns:ns2="fd03b373-45d3-4e8c-8320-5c878b6518a6" xmlns:ns3="a09af816-3697-4876-81e4-e928b2834906" targetNamespace="http://schemas.microsoft.com/office/2006/metadata/properties" ma:root="true" ma:fieldsID="428bd5da58e9959984b9e1ed2a14997c" ns2:_="" ns3:_="">
    <xsd:import namespace="fd03b373-45d3-4e8c-8320-5c878b6518a6"/>
    <xsd:import namespace="a09af816-3697-4876-81e4-e928b28349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3b373-45d3-4e8c-8320-5c878b651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e87af92-b9a6-426f-80cb-e32ca5061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af816-3697-4876-81e4-e928b28349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36de4a-a7fc-4cde-b465-5ae532989831}" ma:internalName="TaxCatchAll" ma:showField="CatchAllData" ma:web="a09af816-3697-4876-81e4-e928b28349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9af816-3697-4876-81e4-e928b2834906">
      <UserInfo>
        <DisplayName/>
        <AccountId xsi:nil="true"/>
        <AccountType/>
      </UserInfo>
    </SharedWithUsers>
    <lcf76f155ced4ddcb4097134ff3c332f xmlns="fd03b373-45d3-4e8c-8320-5c878b6518a6">
      <Terms xmlns="http://schemas.microsoft.com/office/infopath/2007/PartnerControls"/>
    </lcf76f155ced4ddcb4097134ff3c332f>
    <TaxCatchAll xmlns="a09af816-3697-4876-81e4-e928b283490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5C4270-6569-4E31-9DC2-1FE528F12744}"/>
</file>

<file path=customXml/itemProps3.xml><?xml version="1.0" encoding="utf-8"?>
<ds:datastoreItem xmlns:ds="http://schemas.openxmlformats.org/officeDocument/2006/customXml" ds:itemID="{240FD280-157C-451B-8A3F-917D0A5C8CDD}"/>
</file>

<file path=customXml/itemProps4.xml><?xml version="1.0" encoding="utf-8"?>
<ds:datastoreItem xmlns:ds="http://schemas.openxmlformats.org/officeDocument/2006/customXml" ds:itemID="{A6EBEB93-EC92-4610-A629-8BE6E04FC8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phillip smith</cp:lastModifiedBy>
  <cp:revision>2</cp:revision>
  <dcterms:created xsi:type="dcterms:W3CDTF">2026-08-16T12:50:00Z</dcterms:created>
  <dcterms:modified xsi:type="dcterms:W3CDTF">2026-08-16T12:50:00Z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94500</vt:r8>
  </property>
  <property fmtid="{D5CDD505-2E9C-101B-9397-08002B2CF9AE}" pid="3" name="ContentTypeId">
    <vt:lpwstr>0x010100F424F9688BA5854F8054E5D8235B84E4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